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2115"/>
        <w:gridCol w:w="5686"/>
      </w:tblGrid>
      <w:tr w:rsidR="002454D4" w14:paraId="77039F68" w14:textId="77777777" w:rsidTr="007118B8">
        <w:trPr>
          <w:trHeight w:val="1585"/>
        </w:trPr>
        <w:tc>
          <w:tcPr>
            <w:tcW w:w="2115" w:type="dxa"/>
          </w:tcPr>
          <w:p w14:paraId="4C5BD636" w14:textId="77777777" w:rsidR="002454D4" w:rsidRDefault="002454D4" w:rsidP="007118B8">
            <w:r>
              <w:rPr>
                <w:noProof/>
              </w:rPr>
              <w:drawing>
                <wp:inline distT="0" distB="0" distL="0" distR="0" wp14:anchorId="72B6C43D" wp14:editId="68934AF3">
                  <wp:extent cx="972000" cy="972000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logo.png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72000" cy="97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86" w:type="dxa"/>
          </w:tcPr>
          <w:p w14:paraId="7A35A4E3" w14:textId="77777777" w:rsidR="002454D4" w:rsidRDefault="002454D4" w:rsidP="007118B8">
            <w:pPr>
              <w:spacing w:before="160"/>
              <w:jc w:val="center"/>
            </w:pPr>
            <w:r w:rsidRPr="00802F99">
              <w:rPr>
                <w:b/>
              </w:rPr>
              <w:t>T.C.</w:t>
            </w:r>
            <w:r w:rsidRPr="00802F99">
              <w:rPr>
                <w:b/>
              </w:rPr>
              <w:br/>
            </w:r>
            <w:r>
              <w:rPr>
                <w:b/>
              </w:rPr>
              <w:t>KAHRAMANMARAŞ SÜTÇÜ İMAM ÜNİVERSİTESİ</w:t>
            </w:r>
            <w:r>
              <w:rPr>
                <w:b/>
              </w:rPr>
              <w:br/>
              <w:t>LİSANSÜSTÜ EĞİTİM ENSTİTÜSÜ</w:t>
            </w:r>
            <w:r>
              <w:rPr>
                <w:b/>
              </w:rPr>
              <w:br/>
            </w:r>
          </w:p>
        </w:tc>
      </w:tr>
    </w:tbl>
    <w:p w14:paraId="61075E3A" w14:textId="2D14A5B9" w:rsidR="002454D4" w:rsidRPr="00802F99" w:rsidRDefault="00B8710D" w:rsidP="002454D4">
      <w:pPr>
        <w:pBdr>
          <w:bottom w:val="single" w:sz="10" w:space="0" w:color="C59C57"/>
        </w:pBdr>
        <w:spacing w:after="420"/>
        <w:jc w:val="center"/>
        <w:rPr>
          <w:b/>
          <w:bCs/>
        </w:rPr>
      </w:pPr>
      <w:r>
        <w:rPr>
          <w:b/>
          <w:bCs/>
        </w:rPr>
        <w:t>DERS</w:t>
      </w:r>
      <w:r w:rsidR="002454D4" w:rsidRPr="00802F99">
        <w:rPr>
          <w:b/>
          <w:bCs/>
        </w:rPr>
        <w:t xml:space="preserve"> </w:t>
      </w:r>
      <w:r w:rsidR="002454D4">
        <w:rPr>
          <w:b/>
          <w:bCs/>
        </w:rPr>
        <w:t>SAYDIRMA</w:t>
      </w:r>
      <w:r w:rsidR="002454D4" w:rsidRPr="00802F99">
        <w:rPr>
          <w:b/>
          <w:bCs/>
        </w:rPr>
        <w:t xml:space="preserve"> DİLEKÇESİ</w:t>
      </w:r>
    </w:p>
    <w:p w14:paraId="454817E5" w14:textId="77777777" w:rsidR="005A7C45" w:rsidRDefault="005A7C45">
      <w:pPr>
        <w:spacing w:after="320"/>
        <w:jc w:val="center"/>
        <w:rPr>
          <w:b/>
        </w:rPr>
      </w:pPr>
    </w:p>
    <w:p w14:paraId="0833BC43" w14:textId="5CF88661" w:rsidR="00606584" w:rsidRDefault="00000000">
      <w:pPr>
        <w:spacing w:after="320"/>
        <w:jc w:val="center"/>
      </w:pPr>
      <w:r>
        <w:rPr>
          <w:b/>
        </w:rPr>
        <w:t>................................................ ANA BİLİM DALI BAŞKANLIĞINA</w:t>
      </w:r>
    </w:p>
    <w:p w14:paraId="43CA0818" w14:textId="77777777" w:rsidR="00606584" w:rsidRDefault="00000000">
      <w:pPr>
        <w:spacing w:after="140"/>
        <w:jc w:val="both"/>
      </w:pPr>
      <w:r>
        <w:t>Ana Bilim Dalınızın ................................ numaralı ................................ Tezli Yüksek Lisans/Tezsiz Yüksek Lisans/Doktora programı öğrencisiyim. Daha önce başarılı olduğum ders/derslerin KSÜ Lisansüstü Eğitim Öğretim Yönetmeliğinin ilgili maddesi hükmünce lisansüstü derslerimden sayılması hususunda,</w:t>
      </w:r>
    </w:p>
    <w:p w14:paraId="38A54B93" w14:textId="77777777" w:rsidR="00606584" w:rsidRDefault="00000000">
      <w:pPr>
        <w:spacing w:after="240"/>
      </w:pPr>
      <w:r>
        <w:t>Gereğini saygılarımla arz ederim.     .... / .... / 202..</w:t>
      </w:r>
    </w:p>
    <w:p w14:paraId="38510B7D" w14:textId="77777777" w:rsidR="00606584" w:rsidRDefault="00000000">
      <w:pPr>
        <w:spacing w:after="280"/>
        <w:jc w:val="right"/>
      </w:pPr>
      <w:r>
        <w:t>(Adı, Soyadı, İmza)</w:t>
      </w:r>
    </w:p>
    <w:p w14:paraId="18328005" w14:textId="77777777" w:rsidR="00606584" w:rsidRDefault="00000000">
      <w:pPr>
        <w:spacing w:after="100"/>
      </w:pPr>
      <w:r>
        <w:rPr>
          <w:b/>
        </w:rPr>
        <w:t xml:space="preserve">Adres : </w:t>
      </w:r>
      <w:r>
        <w:t>................................................................................................</w:t>
      </w:r>
    </w:p>
    <w:p w14:paraId="64660FD7" w14:textId="77777777" w:rsidR="00606584" w:rsidRDefault="00000000">
      <w:pPr>
        <w:spacing w:after="100"/>
      </w:pPr>
      <w:r>
        <w:rPr>
          <w:b/>
        </w:rPr>
        <w:t xml:space="preserve">GSM : </w:t>
      </w:r>
      <w:r>
        <w:t>................................................................................................</w:t>
      </w:r>
    </w:p>
    <w:p w14:paraId="3A7A84A5" w14:textId="77777777" w:rsidR="00606584" w:rsidRDefault="00000000">
      <w:pPr>
        <w:spacing w:after="100"/>
      </w:pPr>
      <w:r>
        <w:rPr>
          <w:b/>
        </w:rPr>
        <w:t xml:space="preserve">E-posta : </w:t>
      </w:r>
      <w:r>
        <w:t>................................................................................................</w:t>
      </w:r>
    </w:p>
    <w:p w14:paraId="093F8A1B" w14:textId="77777777" w:rsidR="00606584" w:rsidRDefault="00000000">
      <w:pPr>
        <w:pBdr>
          <w:bottom w:val="single" w:sz="8" w:space="0" w:color="D5BC8A"/>
        </w:pBdr>
        <w:spacing w:before="140" w:after="100"/>
      </w:pPr>
      <w:r>
        <w:rPr>
          <w:b/>
        </w:rPr>
        <w:t>DERS/DERSLER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58"/>
        <w:gridCol w:w="846"/>
        <w:gridCol w:w="632"/>
        <w:gridCol w:w="4807"/>
        <w:gridCol w:w="881"/>
        <w:gridCol w:w="788"/>
        <w:gridCol w:w="760"/>
      </w:tblGrid>
      <w:tr w:rsidR="00606584" w:rsidRPr="003A1CEE" w14:paraId="3957BCF0" w14:textId="77777777" w:rsidTr="003A1CEE">
        <w:trPr>
          <w:trHeight w:val="525"/>
        </w:trPr>
        <w:tc>
          <w:tcPr>
            <w:tcW w:w="438" w:type="pct"/>
            <w:vAlign w:val="center"/>
          </w:tcPr>
          <w:p w14:paraId="65A1F151" w14:textId="77777777" w:rsidR="00606584" w:rsidRPr="003A1CEE" w:rsidRDefault="00000000">
            <w:pPr>
              <w:spacing w:before="100" w:after="100"/>
              <w:jc w:val="center"/>
              <w:rPr>
                <w:color w:val="000000" w:themeColor="text1"/>
              </w:rPr>
            </w:pPr>
            <w:r w:rsidRPr="003A1CEE">
              <w:rPr>
                <w:b/>
                <w:color w:val="000000" w:themeColor="text1"/>
              </w:rPr>
              <w:t>Dönem</w:t>
            </w:r>
          </w:p>
        </w:tc>
        <w:tc>
          <w:tcPr>
            <w:tcW w:w="432" w:type="pct"/>
            <w:vAlign w:val="center"/>
          </w:tcPr>
          <w:p w14:paraId="10B3A385" w14:textId="77777777" w:rsidR="00606584" w:rsidRPr="003A1CEE" w:rsidRDefault="00000000">
            <w:pPr>
              <w:spacing w:before="100" w:after="100"/>
              <w:jc w:val="center"/>
              <w:rPr>
                <w:color w:val="000000" w:themeColor="text1"/>
              </w:rPr>
            </w:pPr>
            <w:r w:rsidRPr="003A1CEE">
              <w:rPr>
                <w:b/>
                <w:color w:val="000000" w:themeColor="text1"/>
              </w:rPr>
              <w:t>Yarıyıl</w:t>
            </w:r>
          </w:p>
        </w:tc>
        <w:tc>
          <w:tcPr>
            <w:tcW w:w="343" w:type="pct"/>
            <w:vAlign w:val="center"/>
          </w:tcPr>
          <w:p w14:paraId="5694D8CB" w14:textId="77777777" w:rsidR="00606584" w:rsidRPr="003A1CEE" w:rsidRDefault="00000000">
            <w:pPr>
              <w:spacing w:before="100" w:after="100"/>
              <w:jc w:val="center"/>
              <w:rPr>
                <w:color w:val="000000" w:themeColor="text1"/>
              </w:rPr>
            </w:pPr>
            <w:r w:rsidRPr="003A1CEE">
              <w:rPr>
                <w:b/>
                <w:color w:val="000000" w:themeColor="text1"/>
              </w:rPr>
              <w:t>Kod</w:t>
            </w:r>
          </w:p>
        </w:tc>
        <w:tc>
          <w:tcPr>
            <w:tcW w:w="2524" w:type="pct"/>
            <w:vAlign w:val="center"/>
          </w:tcPr>
          <w:p w14:paraId="274DB56B" w14:textId="77777777" w:rsidR="00606584" w:rsidRPr="003A1CEE" w:rsidRDefault="00000000">
            <w:pPr>
              <w:spacing w:before="100" w:after="100"/>
              <w:jc w:val="center"/>
              <w:rPr>
                <w:color w:val="000000" w:themeColor="text1"/>
              </w:rPr>
            </w:pPr>
            <w:r w:rsidRPr="003A1CEE">
              <w:rPr>
                <w:b/>
                <w:color w:val="000000" w:themeColor="text1"/>
              </w:rPr>
              <w:t>Ders adı</w:t>
            </w:r>
          </w:p>
        </w:tc>
        <w:tc>
          <w:tcPr>
            <w:tcW w:w="450" w:type="pct"/>
            <w:vAlign w:val="center"/>
          </w:tcPr>
          <w:p w14:paraId="6B35A342" w14:textId="77777777" w:rsidR="00606584" w:rsidRPr="003A1CEE" w:rsidRDefault="00000000">
            <w:pPr>
              <w:spacing w:before="100" w:after="100"/>
              <w:jc w:val="center"/>
              <w:rPr>
                <w:color w:val="000000" w:themeColor="text1"/>
              </w:rPr>
            </w:pPr>
            <w:r w:rsidRPr="003A1CEE">
              <w:rPr>
                <w:b/>
                <w:color w:val="000000" w:themeColor="text1"/>
              </w:rPr>
              <w:t>Kredisi</w:t>
            </w:r>
          </w:p>
        </w:tc>
        <w:tc>
          <w:tcPr>
            <w:tcW w:w="403" w:type="pct"/>
            <w:vAlign w:val="center"/>
          </w:tcPr>
          <w:p w14:paraId="03C50F92" w14:textId="77777777" w:rsidR="00606584" w:rsidRPr="003A1CEE" w:rsidRDefault="00000000">
            <w:pPr>
              <w:spacing w:before="100" w:after="100"/>
              <w:jc w:val="center"/>
              <w:rPr>
                <w:color w:val="000000" w:themeColor="text1"/>
              </w:rPr>
            </w:pPr>
            <w:r w:rsidRPr="003A1CEE">
              <w:rPr>
                <w:b/>
                <w:color w:val="000000" w:themeColor="text1"/>
              </w:rPr>
              <w:t>AKTS</w:t>
            </w:r>
          </w:p>
        </w:tc>
        <w:tc>
          <w:tcPr>
            <w:tcW w:w="411" w:type="pct"/>
            <w:vAlign w:val="center"/>
          </w:tcPr>
          <w:p w14:paraId="39F2F96E" w14:textId="77777777" w:rsidR="00606584" w:rsidRPr="003A1CEE" w:rsidRDefault="00000000">
            <w:pPr>
              <w:spacing w:before="100" w:after="100"/>
              <w:jc w:val="center"/>
              <w:rPr>
                <w:color w:val="000000" w:themeColor="text1"/>
              </w:rPr>
            </w:pPr>
            <w:r w:rsidRPr="003A1CEE">
              <w:rPr>
                <w:b/>
                <w:color w:val="000000" w:themeColor="text1"/>
              </w:rPr>
              <w:t>Notu</w:t>
            </w:r>
          </w:p>
        </w:tc>
      </w:tr>
      <w:tr w:rsidR="00606584" w:rsidRPr="003A1CEE" w14:paraId="38CA8084" w14:textId="77777777" w:rsidTr="003A1CEE">
        <w:trPr>
          <w:trHeight w:val="525"/>
        </w:trPr>
        <w:tc>
          <w:tcPr>
            <w:tcW w:w="438" w:type="pct"/>
            <w:vAlign w:val="center"/>
          </w:tcPr>
          <w:p w14:paraId="75F82411" w14:textId="77777777" w:rsidR="00606584" w:rsidRPr="003A1CEE" w:rsidRDefault="00606584">
            <w:pPr>
              <w:spacing w:before="100" w:after="100"/>
              <w:rPr>
                <w:color w:val="000000" w:themeColor="text1"/>
              </w:rPr>
            </w:pPr>
          </w:p>
        </w:tc>
        <w:tc>
          <w:tcPr>
            <w:tcW w:w="432" w:type="pct"/>
            <w:vAlign w:val="center"/>
          </w:tcPr>
          <w:p w14:paraId="4B8C9B0F" w14:textId="77777777" w:rsidR="00606584" w:rsidRPr="003A1CEE" w:rsidRDefault="00606584">
            <w:pPr>
              <w:spacing w:before="100" w:after="100"/>
              <w:rPr>
                <w:color w:val="000000" w:themeColor="text1"/>
              </w:rPr>
            </w:pPr>
          </w:p>
        </w:tc>
        <w:tc>
          <w:tcPr>
            <w:tcW w:w="343" w:type="pct"/>
            <w:vAlign w:val="center"/>
          </w:tcPr>
          <w:p w14:paraId="6C256417" w14:textId="77777777" w:rsidR="00606584" w:rsidRPr="003A1CEE" w:rsidRDefault="00606584">
            <w:pPr>
              <w:spacing w:before="100" w:after="100"/>
              <w:rPr>
                <w:color w:val="000000" w:themeColor="text1"/>
              </w:rPr>
            </w:pPr>
          </w:p>
        </w:tc>
        <w:tc>
          <w:tcPr>
            <w:tcW w:w="2524" w:type="pct"/>
            <w:vAlign w:val="center"/>
          </w:tcPr>
          <w:p w14:paraId="717DB7CB" w14:textId="77777777" w:rsidR="00606584" w:rsidRPr="003A1CEE" w:rsidRDefault="00606584">
            <w:pPr>
              <w:spacing w:before="100" w:after="100"/>
              <w:rPr>
                <w:color w:val="000000" w:themeColor="text1"/>
              </w:rPr>
            </w:pPr>
          </w:p>
        </w:tc>
        <w:tc>
          <w:tcPr>
            <w:tcW w:w="450" w:type="pct"/>
            <w:vAlign w:val="center"/>
          </w:tcPr>
          <w:p w14:paraId="7F00E718" w14:textId="77777777" w:rsidR="00606584" w:rsidRPr="003A1CEE" w:rsidRDefault="00606584">
            <w:pPr>
              <w:spacing w:before="100" w:after="100"/>
              <w:rPr>
                <w:color w:val="000000" w:themeColor="text1"/>
              </w:rPr>
            </w:pPr>
          </w:p>
        </w:tc>
        <w:tc>
          <w:tcPr>
            <w:tcW w:w="403" w:type="pct"/>
            <w:vAlign w:val="center"/>
          </w:tcPr>
          <w:p w14:paraId="60AE89C4" w14:textId="77777777" w:rsidR="00606584" w:rsidRPr="003A1CEE" w:rsidRDefault="00606584">
            <w:pPr>
              <w:spacing w:before="100" w:after="100"/>
              <w:rPr>
                <w:color w:val="000000" w:themeColor="text1"/>
              </w:rPr>
            </w:pPr>
          </w:p>
        </w:tc>
        <w:tc>
          <w:tcPr>
            <w:tcW w:w="411" w:type="pct"/>
            <w:vAlign w:val="center"/>
          </w:tcPr>
          <w:p w14:paraId="22E7FC65" w14:textId="77777777" w:rsidR="00606584" w:rsidRPr="003A1CEE" w:rsidRDefault="00606584">
            <w:pPr>
              <w:spacing w:before="100" w:after="100"/>
              <w:rPr>
                <w:color w:val="000000" w:themeColor="text1"/>
              </w:rPr>
            </w:pPr>
          </w:p>
        </w:tc>
      </w:tr>
      <w:tr w:rsidR="00606584" w:rsidRPr="003A1CEE" w14:paraId="49115596" w14:textId="77777777" w:rsidTr="003A1CEE">
        <w:trPr>
          <w:trHeight w:val="514"/>
        </w:trPr>
        <w:tc>
          <w:tcPr>
            <w:tcW w:w="438" w:type="pct"/>
            <w:vAlign w:val="center"/>
          </w:tcPr>
          <w:p w14:paraId="4BB108EA" w14:textId="77777777" w:rsidR="00606584" w:rsidRPr="003A1CEE" w:rsidRDefault="00606584">
            <w:pPr>
              <w:spacing w:before="100" w:after="100"/>
              <w:rPr>
                <w:color w:val="000000" w:themeColor="text1"/>
              </w:rPr>
            </w:pPr>
          </w:p>
        </w:tc>
        <w:tc>
          <w:tcPr>
            <w:tcW w:w="432" w:type="pct"/>
            <w:vAlign w:val="center"/>
          </w:tcPr>
          <w:p w14:paraId="61AFE55A" w14:textId="77777777" w:rsidR="00606584" w:rsidRPr="003A1CEE" w:rsidRDefault="00606584">
            <w:pPr>
              <w:spacing w:before="100" w:after="100"/>
              <w:rPr>
                <w:color w:val="000000" w:themeColor="text1"/>
              </w:rPr>
            </w:pPr>
          </w:p>
        </w:tc>
        <w:tc>
          <w:tcPr>
            <w:tcW w:w="343" w:type="pct"/>
            <w:vAlign w:val="center"/>
          </w:tcPr>
          <w:p w14:paraId="33FEA090" w14:textId="77777777" w:rsidR="00606584" w:rsidRPr="003A1CEE" w:rsidRDefault="00606584">
            <w:pPr>
              <w:spacing w:before="100" w:after="100"/>
              <w:rPr>
                <w:color w:val="000000" w:themeColor="text1"/>
              </w:rPr>
            </w:pPr>
          </w:p>
        </w:tc>
        <w:tc>
          <w:tcPr>
            <w:tcW w:w="2524" w:type="pct"/>
            <w:vAlign w:val="center"/>
          </w:tcPr>
          <w:p w14:paraId="4A62793F" w14:textId="77777777" w:rsidR="00606584" w:rsidRPr="003A1CEE" w:rsidRDefault="00606584">
            <w:pPr>
              <w:spacing w:before="100" w:after="100"/>
              <w:rPr>
                <w:color w:val="000000" w:themeColor="text1"/>
              </w:rPr>
            </w:pPr>
          </w:p>
        </w:tc>
        <w:tc>
          <w:tcPr>
            <w:tcW w:w="450" w:type="pct"/>
            <w:vAlign w:val="center"/>
          </w:tcPr>
          <w:p w14:paraId="3ED243EC" w14:textId="77777777" w:rsidR="00606584" w:rsidRPr="003A1CEE" w:rsidRDefault="00606584">
            <w:pPr>
              <w:spacing w:before="100" w:after="100"/>
              <w:rPr>
                <w:color w:val="000000" w:themeColor="text1"/>
              </w:rPr>
            </w:pPr>
          </w:p>
        </w:tc>
        <w:tc>
          <w:tcPr>
            <w:tcW w:w="403" w:type="pct"/>
            <w:vAlign w:val="center"/>
          </w:tcPr>
          <w:p w14:paraId="23848D01" w14:textId="77777777" w:rsidR="00606584" w:rsidRPr="003A1CEE" w:rsidRDefault="00606584">
            <w:pPr>
              <w:spacing w:before="100" w:after="100"/>
              <w:rPr>
                <w:color w:val="000000" w:themeColor="text1"/>
              </w:rPr>
            </w:pPr>
          </w:p>
        </w:tc>
        <w:tc>
          <w:tcPr>
            <w:tcW w:w="411" w:type="pct"/>
            <w:vAlign w:val="center"/>
          </w:tcPr>
          <w:p w14:paraId="2F2211CB" w14:textId="77777777" w:rsidR="00606584" w:rsidRPr="003A1CEE" w:rsidRDefault="00606584">
            <w:pPr>
              <w:spacing w:before="100" w:after="100"/>
              <w:rPr>
                <w:color w:val="000000" w:themeColor="text1"/>
              </w:rPr>
            </w:pPr>
          </w:p>
        </w:tc>
      </w:tr>
      <w:tr w:rsidR="00606584" w:rsidRPr="003A1CEE" w14:paraId="34AF6AE4" w14:textId="77777777" w:rsidTr="003A1CEE">
        <w:trPr>
          <w:trHeight w:val="525"/>
        </w:trPr>
        <w:tc>
          <w:tcPr>
            <w:tcW w:w="438" w:type="pct"/>
            <w:vAlign w:val="center"/>
          </w:tcPr>
          <w:p w14:paraId="390D4837" w14:textId="77777777" w:rsidR="00606584" w:rsidRPr="003A1CEE" w:rsidRDefault="00606584">
            <w:pPr>
              <w:spacing w:before="100" w:after="100"/>
              <w:rPr>
                <w:color w:val="000000" w:themeColor="text1"/>
              </w:rPr>
            </w:pPr>
          </w:p>
        </w:tc>
        <w:tc>
          <w:tcPr>
            <w:tcW w:w="432" w:type="pct"/>
            <w:vAlign w:val="center"/>
          </w:tcPr>
          <w:p w14:paraId="4D982EF6" w14:textId="77777777" w:rsidR="00606584" w:rsidRPr="003A1CEE" w:rsidRDefault="00606584">
            <w:pPr>
              <w:spacing w:before="100" w:after="100"/>
              <w:rPr>
                <w:color w:val="000000" w:themeColor="text1"/>
              </w:rPr>
            </w:pPr>
          </w:p>
        </w:tc>
        <w:tc>
          <w:tcPr>
            <w:tcW w:w="343" w:type="pct"/>
            <w:vAlign w:val="center"/>
          </w:tcPr>
          <w:p w14:paraId="624E6A0F" w14:textId="77777777" w:rsidR="00606584" w:rsidRPr="003A1CEE" w:rsidRDefault="00606584">
            <w:pPr>
              <w:spacing w:before="100" w:after="100"/>
              <w:rPr>
                <w:color w:val="000000" w:themeColor="text1"/>
              </w:rPr>
            </w:pPr>
          </w:p>
        </w:tc>
        <w:tc>
          <w:tcPr>
            <w:tcW w:w="2524" w:type="pct"/>
            <w:vAlign w:val="center"/>
          </w:tcPr>
          <w:p w14:paraId="7547A15B" w14:textId="77777777" w:rsidR="00606584" w:rsidRPr="003A1CEE" w:rsidRDefault="00606584">
            <w:pPr>
              <w:spacing w:before="100" w:after="100"/>
              <w:rPr>
                <w:color w:val="000000" w:themeColor="text1"/>
              </w:rPr>
            </w:pPr>
          </w:p>
        </w:tc>
        <w:tc>
          <w:tcPr>
            <w:tcW w:w="450" w:type="pct"/>
            <w:vAlign w:val="center"/>
          </w:tcPr>
          <w:p w14:paraId="58060D14" w14:textId="77777777" w:rsidR="00606584" w:rsidRPr="003A1CEE" w:rsidRDefault="00606584">
            <w:pPr>
              <w:spacing w:before="100" w:after="100"/>
              <w:rPr>
                <w:color w:val="000000" w:themeColor="text1"/>
              </w:rPr>
            </w:pPr>
          </w:p>
        </w:tc>
        <w:tc>
          <w:tcPr>
            <w:tcW w:w="403" w:type="pct"/>
            <w:vAlign w:val="center"/>
          </w:tcPr>
          <w:p w14:paraId="7B309D31" w14:textId="77777777" w:rsidR="00606584" w:rsidRPr="003A1CEE" w:rsidRDefault="00606584">
            <w:pPr>
              <w:spacing w:before="100" w:after="100"/>
              <w:rPr>
                <w:color w:val="000000" w:themeColor="text1"/>
              </w:rPr>
            </w:pPr>
          </w:p>
        </w:tc>
        <w:tc>
          <w:tcPr>
            <w:tcW w:w="411" w:type="pct"/>
            <w:vAlign w:val="center"/>
          </w:tcPr>
          <w:p w14:paraId="130B5458" w14:textId="77777777" w:rsidR="00606584" w:rsidRPr="003A1CEE" w:rsidRDefault="00606584">
            <w:pPr>
              <w:spacing w:before="100" w:after="100"/>
              <w:rPr>
                <w:color w:val="000000" w:themeColor="text1"/>
              </w:rPr>
            </w:pPr>
          </w:p>
        </w:tc>
      </w:tr>
      <w:tr w:rsidR="00606584" w:rsidRPr="003A1CEE" w14:paraId="34F64DD2" w14:textId="77777777" w:rsidTr="003A1CEE">
        <w:trPr>
          <w:trHeight w:val="525"/>
        </w:trPr>
        <w:tc>
          <w:tcPr>
            <w:tcW w:w="438" w:type="pct"/>
            <w:vAlign w:val="center"/>
          </w:tcPr>
          <w:p w14:paraId="48A48C23" w14:textId="77777777" w:rsidR="00606584" w:rsidRPr="003A1CEE" w:rsidRDefault="00606584">
            <w:pPr>
              <w:spacing w:before="100" w:after="100"/>
              <w:rPr>
                <w:color w:val="000000" w:themeColor="text1"/>
              </w:rPr>
            </w:pPr>
          </w:p>
        </w:tc>
        <w:tc>
          <w:tcPr>
            <w:tcW w:w="432" w:type="pct"/>
            <w:vAlign w:val="center"/>
          </w:tcPr>
          <w:p w14:paraId="6BA0F65A" w14:textId="77777777" w:rsidR="00606584" w:rsidRPr="003A1CEE" w:rsidRDefault="00606584">
            <w:pPr>
              <w:spacing w:before="100" w:after="100"/>
              <w:rPr>
                <w:color w:val="000000" w:themeColor="text1"/>
              </w:rPr>
            </w:pPr>
          </w:p>
        </w:tc>
        <w:tc>
          <w:tcPr>
            <w:tcW w:w="343" w:type="pct"/>
            <w:vAlign w:val="center"/>
          </w:tcPr>
          <w:p w14:paraId="1917BA28" w14:textId="77777777" w:rsidR="00606584" w:rsidRPr="003A1CEE" w:rsidRDefault="00606584">
            <w:pPr>
              <w:spacing w:before="100" w:after="100"/>
              <w:rPr>
                <w:color w:val="000000" w:themeColor="text1"/>
              </w:rPr>
            </w:pPr>
          </w:p>
        </w:tc>
        <w:tc>
          <w:tcPr>
            <w:tcW w:w="2524" w:type="pct"/>
            <w:vAlign w:val="center"/>
          </w:tcPr>
          <w:p w14:paraId="3E4D53BE" w14:textId="77777777" w:rsidR="00606584" w:rsidRPr="003A1CEE" w:rsidRDefault="00606584">
            <w:pPr>
              <w:spacing w:before="100" w:after="100"/>
              <w:rPr>
                <w:color w:val="000000" w:themeColor="text1"/>
              </w:rPr>
            </w:pPr>
          </w:p>
        </w:tc>
        <w:tc>
          <w:tcPr>
            <w:tcW w:w="450" w:type="pct"/>
            <w:vAlign w:val="center"/>
          </w:tcPr>
          <w:p w14:paraId="3792773E" w14:textId="77777777" w:rsidR="00606584" w:rsidRPr="003A1CEE" w:rsidRDefault="00606584">
            <w:pPr>
              <w:spacing w:before="100" w:after="100"/>
              <w:rPr>
                <w:color w:val="000000" w:themeColor="text1"/>
              </w:rPr>
            </w:pPr>
          </w:p>
        </w:tc>
        <w:tc>
          <w:tcPr>
            <w:tcW w:w="403" w:type="pct"/>
            <w:vAlign w:val="center"/>
          </w:tcPr>
          <w:p w14:paraId="08F5497D" w14:textId="77777777" w:rsidR="00606584" w:rsidRPr="003A1CEE" w:rsidRDefault="00606584">
            <w:pPr>
              <w:spacing w:before="100" w:after="100"/>
              <w:rPr>
                <w:color w:val="000000" w:themeColor="text1"/>
              </w:rPr>
            </w:pPr>
          </w:p>
        </w:tc>
        <w:tc>
          <w:tcPr>
            <w:tcW w:w="411" w:type="pct"/>
            <w:vAlign w:val="center"/>
          </w:tcPr>
          <w:p w14:paraId="4510EA38" w14:textId="77777777" w:rsidR="00606584" w:rsidRPr="003A1CEE" w:rsidRDefault="00606584">
            <w:pPr>
              <w:spacing w:before="100" w:after="100"/>
              <w:rPr>
                <w:color w:val="000000" w:themeColor="text1"/>
              </w:rPr>
            </w:pPr>
          </w:p>
        </w:tc>
      </w:tr>
      <w:tr w:rsidR="00606584" w:rsidRPr="003A1CEE" w14:paraId="56732930" w14:textId="77777777" w:rsidTr="003A1CEE">
        <w:trPr>
          <w:trHeight w:val="525"/>
        </w:trPr>
        <w:tc>
          <w:tcPr>
            <w:tcW w:w="438" w:type="pct"/>
            <w:vAlign w:val="center"/>
          </w:tcPr>
          <w:p w14:paraId="68144535" w14:textId="77777777" w:rsidR="00606584" w:rsidRPr="003A1CEE" w:rsidRDefault="00606584">
            <w:pPr>
              <w:spacing w:before="100" w:after="100"/>
              <w:rPr>
                <w:color w:val="000000" w:themeColor="text1"/>
              </w:rPr>
            </w:pPr>
          </w:p>
        </w:tc>
        <w:tc>
          <w:tcPr>
            <w:tcW w:w="432" w:type="pct"/>
            <w:vAlign w:val="center"/>
          </w:tcPr>
          <w:p w14:paraId="6CAFECE0" w14:textId="77777777" w:rsidR="00606584" w:rsidRPr="003A1CEE" w:rsidRDefault="00606584">
            <w:pPr>
              <w:spacing w:before="100" w:after="100"/>
              <w:rPr>
                <w:color w:val="000000" w:themeColor="text1"/>
              </w:rPr>
            </w:pPr>
          </w:p>
        </w:tc>
        <w:tc>
          <w:tcPr>
            <w:tcW w:w="343" w:type="pct"/>
            <w:vAlign w:val="center"/>
          </w:tcPr>
          <w:p w14:paraId="341F396C" w14:textId="77777777" w:rsidR="00606584" w:rsidRPr="003A1CEE" w:rsidRDefault="00606584">
            <w:pPr>
              <w:spacing w:before="100" w:after="100"/>
              <w:rPr>
                <w:color w:val="000000" w:themeColor="text1"/>
              </w:rPr>
            </w:pPr>
          </w:p>
        </w:tc>
        <w:tc>
          <w:tcPr>
            <w:tcW w:w="2524" w:type="pct"/>
            <w:vAlign w:val="center"/>
          </w:tcPr>
          <w:p w14:paraId="2CEABB3A" w14:textId="77777777" w:rsidR="00606584" w:rsidRPr="003A1CEE" w:rsidRDefault="00606584">
            <w:pPr>
              <w:spacing w:before="100" w:after="100"/>
              <w:rPr>
                <w:color w:val="000000" w:themeColor="text1"/>
              </w:rPr>
            </w:pPr>
          </w:p>
        </w:tc>
        <w:tc>
          <w:tcPr>
            <w:tcW w:w="450" w:type="pct"/>
            <w:vAlign w:val="center"/>
          </w:tcPr>
          <w:p w14:paraId="441D757D" w14:textId="77777777" w:rsidR="00606584" w:rsidRPr="003A1CEE" w:rsidRDefault="00606584">
            <w:pPr>
              <w:spacing w:before="100" w:after="100"/>
              <w:rPr>
                <w:color w:val="000000" w:themeColor="text1"/>
              </w:rPr>
            </w:pPr>
          </w:p>
        </w:tc>
        <w:tc>
          <w:tcPr>
            <w:tcW w:w="403" w:type="pct"/>
            <w:vAlign w:val="center"/>
          </w:tcPr>
          <w:p w14:paraId="393118F3" w14:textId="77777777" w:rsidR="00606584" w:rsidRPr="003A1CEE" w:rsidRDefault="00606584">
            <w:pPr>
              <w:spacing w:before="100" w:after="100"/>
              <w:rPr>
                <w:color w:val="000000" w:themeColor="text1"/>
              </w:rPr>
            </w:pPr>
          </w:p>
        </w:tc>
        <w:tc>
          <w:tcPr>
            <w:tcW w:w="411" w:type="pct"/>
            <w:vAlign w:val="center"/>
          </w:tcPr>
          <w:p w14:paraId="2B96E245" w14:textId="77777777" w:rsidR="00606584" w:rsidRPr="003A1CEE" w:rsidRDefault="00606584">
            <w:pPr>
              <w:spacing w:before="100" w:after="100"/>
              <w:rPr>
                <w:color w:val="000000" w:themeColor="text1"/>
              </w:rPr>
            </w:pPr>
          </w:p>
        </w:tc>
      </w:tr>
    </w:tbl>
    <w:p w14:paraId="1AFFF227" w14:textId="77777777" w:rsidR="00606584" w:rsidRDefault="00000000">
      <w:pPr>
        <w:pBdr>
          <w:bottom w:val="single" w:sz="8" w:space="0" w:color="D5BC8A"/>
        </w:pBdr>
        <w:spacing w:before="360" w:after="180"/>
      </w:pPr>
      <w:r>
        <w:rPr>
          <w:b/>
        </w:rPr>
        <w:t>DANIŞMAN GÖRÜŞÜ</w:t>
      </w:r>
    </w:p>
    <w:p w14:paraId="67F9823B" w14:textId="77777777" w:rsidR="00606584" w:rsidRDefault="00000000">
      <w:pPr>
        <w:spacing w:after="160"/>
        <w:jc w:val="both"/>
      </w:pPr>
      <w:r>
        <w:t>Danışmanlığını yürüttüğüm ........................................................................’ın daha önce almış olduğu derslerin lisansüstü derslerinden sayılması uygun görülmüştür.     .... / .... / 202..</w:t>
      </w:r>
    </w:p>
    <w:p w14:paraId="31369055" w14:textId="77777777" w:rsidR="00D10FD3" w:rsidRDefault="00D10FD3">
      <w:pPr>
        <w:spacing w:after="240"/>
      </w:pPr>
    </w:p>
    <w:p w14:paraId="01DD3A0F" w14:textId="77777777" w:rsidR="00606584" w:rsidRDefault="00000000">
      <w:pPr>
        <w:jc w:val="right"/>
      </w:pPr>
      <w:r>
        <w:t>(Unvanı, Adı, Soyadı, İmza)</w:t>
      </w:r>
    </w:p>
    <w:p w14:paraId="7BDC1D73" w14:textId="3C7BFDCB" w:rsidR="00D10FD3" w:rsidRDefault="00D10FD3" w:rsidP="00D10FD3">
      <w:pPr>
        <w:spacing w:after="240"/>
      </w:pPr>
      <w:r>
        <w:rPr>
          <w:b/>
        </w:rPr>
        <w:t xml:space="preserve">Ekler: </w:t>
      </w:r>
    </w:p>
    <w:p w14:paraId="52B64AC3" w14:textId="01DE9224" w:rsidR="00D10FD3" w:rsidRDefault="00D10FD3" w:rsidP="00D10FD3">
      <w:pPr>
        <w:pStyle w:val="ListeParagraf"/>
        <w:numPr>
          <w:ilvl w:val="0"/>
          <w:numId w:val="10"/>
        </w:numPr>
        <w:spacing w:after="240"/>
      </w:pPr>
      <w:r>
        <w:t>Transkript</w:t>
      </w:r>
    </w:p>
    <w:p w14:paraId="60FF6F50" w14:textId="2D07F82F" w:rsidR="00D10FD3" w:rsidRDefault="00D10FD3" w:rsidP="00D10FD3">
      <w:pPr>
        <w:pStyle w:val="ListeParagraf"/>
        <w:numPr>
          <w:ilvl w:val="0"/>
          <w:numId w:val="10"/>
        </w:numPr>
        <w:spacing w:after="240"/>
      </w:pPr>
      <w:r>
        <w:t>Akademik Kurul Kararı</w:t>
      </w:r>
    </w:p>
    <w:p w14:paraId="530A8B57" w14:textId="77777777" w:rsidR="00D10FD3" w:rsidRDefault="00D10FD3" w:rsidP="00D10FD3"/>
    <w:sectPr w:rsidR="00D10FD3" w:rsidSect="003A1CEE">
      <w:pgSz w:w="11906" w:h="16838"/>
      <w:pgMar w:top="737" w:right="1162" w:bottom="737" w:left="116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modern"/>
    <w:pitch w:val="fixed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776B0F44"/>
    <w:multiLevelType w:val="hybridMultilevel"/>
    <w:tmpl w:val="C6C60D2C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52257102">
    <w:abstractNumId w:val="8"/>
  </w:num>
  <w:num w:numId="2" w16cid:durableId="743376938">
    <w:abstractNumId w:val="6"/>
  </w:num>
  <w:num w:numId="3" w16cid:durableId="797190670">
    <w:abstractNumId w:val="5"/>
  </w:num>
  <w:num w:numId="4" w16cid:durableId="1766028181">
    <w:abstractNumId w:val="4"/>
  </w:num>
  <w:num w:numId="5" w16cid:durableId="308290947">
    <w:abstractNumId w:val="7"/>
  </w:num>
  <w:num w:numId="6" w16cid:durableId="1960603361">
    <w:abstractNumId w:val="3"/>
  </w:num>
  <w:num w:numId="7" w16cid:durableId="1900557345">
    <w:abstractNumId w:val="2"/>
  </w:num>
  <w:num w:numId="8" w16cid:durableId="386494166">
    <w:abstractNumId w:val="1"/>
  </w:num>
  <w:num w:numId="9" w16cid:durableId="1404138973">
    <w:abstractNumId w:val="0"/>
  </w:num>
  <w:num w:numId="10" w16cid:durableId="361134164">
    <w:abstractNumId w:val="9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12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F64F6"/>
    <w:rsid w:val="0015074B"/>
    <w:rsid w:val="002454D4"/>
    <w:rsid w:val="0029639D"/>
    <w:rsid w:val="00326F90"/>
    <w:rsid w:val="003A1CEE"/>
    <w:rsid w:val="005A7C45"/>
    <w:rsid w:val="00606584"/>
    <w:rsid w:val="00AA1D8D"/>
    <w:rsid w:val="00AD6073"/>
    <w:rsid w:val="00B47730"/>
    <w:rsid w:val="00B8710D"/>
    <w:rsid w:val="00CB0664"/>
    <w:rsid w:val="00D10FD3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5ECCFD3"/>
  <w14:defaultImageDpi w14:val="300"/>
  <w15:docId w15:val="{BE8FD7D6-ACFA-CE45-BD40-E230AD1442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/>
    </w:pPr>
    <w:rPr>
      <w:rFonts w:ascii="Times New Roman" w:hAnsi="Times New Roman"/>
      <w:sz w:val="21"/>
    </w:rPr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yaz">
    <w:name w:val="Subtitle"/>
    <w:basedOn w:val="Normal"/>
    <w:next w:val="Normal"/>
    <w:link w:val="Altyaz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Alnt">
    <w:name w:val="Quote"/>
    <w:basedOn w:val="Normal"/>
    <w:next w:val="Normal"/>
    <w:link w:val="AlntChar"/>
    <w:uiPriority w:val="29"/>
    <w:qFormat/>
    <w:rsid w:val="00FC693F"/>
    <w:rPr>
      <w:i/>
      <w:iCs/>
      <w:color w:val="000000" w:themeColor="text1"/>
    </w:rPr>
  </w:style>
  <w:style w:type="character" w:customStyle="1" w:styleId="AlntChar">
    <w:name w:val="Alıntı Char"/>
    <w:basedOn w:val="VarsaylanParagrafYazTipi"/>
    <w:link w:val="Alnt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GlAlnt">
    <w:name w:val="Intense Quote"/>
    <w:basedOn w:val="Normal"/>
    <w:next w:val="Normal"/>
    <w:link w:val="GlAln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GlAlntChar">
    <w:name w:val="Güçlü Alıntı Char"/>
    <w:basedOn w:val="VarsaylanParagrafYazTipi"/>
    <w:link w:val="GlAlnt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192</Words>
  <Characters>1099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1289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zulkufaydemir4646@hotmail.com</cp:lastModifiedBy>
  <cp:revision>7</cp:revision>
  <dcterms:created xsi:type="dcterms:W3CDTF">2026-09-24T06:29:00Z</dcterms:created>
  <dcterms:modified xsi:type="dcterms:W3CDTF">2026-09-24T09:12:00Z</dcterms:modified>
  <cp:category/>
</cp:coreProperties>
</file>